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移动端分享观看设置（视频）</w:t>
      </w:r>
    </w:p>
    <w:p>
      <w:pPr>
        <w:pStyle w:val="Heading2"/>
      </w:pPr>
      <w:r>
        <w:t>视频说明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1.云直播后台点击【频道列表】——【我的直播频道】，然后点击进入您想修改的频道名称。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2.在进入【观看条件设置】页面后，移动端分享观看设置有多种路径，具体为：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（1）点击【验证码观看】——【上传二维码】，打开【分享可观看】开关，提交即可。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（2）点击【付费观看】/【白名单观看】/【登记观看】，打开【分享可观看】开关，提交即可。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移动端分享观看设置（视频）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