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保利威视7月20日凌晨系统维护通知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为了提供更加稳定可靠可用的云视频服务，保利威视将于2016年7月19日（周二）深夜 23时30分至2016年7月20日（周三）凌晨2时30分进行系统维护，届时将暂停视频上传服务，但视频播放不受影响，视频上传功能将于2016年7月20日凌晨2时30分之后恢复正常。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如您在系统维护期间有上传视频需求，请您提前做好准备，给您造成不便敬请谅解，感谢您对保利威视的支持！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如您有任何疑问，请联系我们的售后技术支持。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客服热线：400-638-8883（7*24H）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联系QQ：800009268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易方信息科技股份有限公司 运维部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2016年7月19日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保利威视7月20日凌晨系统维护通知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