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POLYV直播助手快速入门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快速直播（直播助手客户端在windows中只支持win7及以上系统）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步骤：①创建直播频道——②客户端推流——③分享观看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直播账号注册地址：http://my.polyv.net/v2/register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直播后台登录地址：http://my.polyv.net/v2/login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登录到直播系统后台，点击“开启直播”，填写直播活动名称；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 后台自动生成频道号和密码，下载安装POLYV直播助手，用频道号和密码登录；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2274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fc05ce7d0b6c6e9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2274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554338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c8efb5f863a6879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55433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若安装直播助手出现MSVCP120.dll错误，请安装修复工具。下载地址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登录后，根据提示，添加摄像头源或截屏源；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51772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70ed1a36d1aab89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517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当点击某个直播源时，源周围会出现红色编辑框，拖动编辑框的四个角落，可调整该视频源的位置和大小，点击鼠标右键可实现快速布局；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51772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eb1acd50d33c26e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517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点击“开始直播”，则客户端将当前画面直播出去；</w:t>
      </w:r>
    </w:p>
    <w:p/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点击右上角的倒三角按钮，选择“查看观看页”，观看直播，或进入保利威视直播系统后台，选择“直播分享链接”观看直播。注意关闭观看页的声音，以免造成回声；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909344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c5475c3679ae521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909344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7、点击“结束直播”，则直播停止。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POLYV直播助手快速入门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