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图说2015年在线教育发展趋势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越来越多的报告、调查、研究显示在线学习行业的发展没有任何放缓的迹象。事实上，越来越多的个人、企业、认识到了在线学习的高校与便捷从而转向在线学习。这里将为你呈现2015年在线学习的一些重要统计数字，其中有些可能会让你吃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1、全球在线学习行业收入2010年的321亿美元，预计到了2015年，收入将达到1070亿美元。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2、每个国家对 在线学习的接受程度都不一样。接受程度高，在线自主学习增长就快。在2015年，全球增长最快的国家是印度，增长率在55%。中国排名第二，增长率为52%。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3、随着在线学习行业的发展，LMS的市场产值也必将增加。预计，到2018年，LMS的市场产值将达到78亿美元。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4、2012年，移动学习的产品和服务主要购买者为美国、日本、韩国、中国、印度。预计到2017年，移动学习的产品和服务主要购买者将变为中国、美国、印度尼西亚、印度、巴西。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5、当前有8%的企业使用MOOCs，7%表示考虑尝试使用MOOC。有预测称，在接下来的两年里，这个百分比将上升到28%。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6、到2017年以前在线企业培训市场预估会每年会每年增长13%。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7、大型企业是在线学习产品与服务的主要购买者。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8、针对美国的小、中及大型企业调查，发现在2014年的培训教学中，28.5%的培训课时是在线的方式进行，比上一年增长了2.6%。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9、2014年，74%的企业采用了学习管理系统和虚拟教室等学习技术。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10、在调查企业在2015年对在线学习软件和服务需求时，有44%的企业有意愿购买在线学习工具和系统。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图说2015年在线教育发展趋势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