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保利威视（POLYV）是一个以用户需求为导向的视频云平台。经过一段时间对用户需求的收集和积累，应用户的需求，我们在此次新版本中重点进行了10项功能更新及系统优化，再次强化了后台操作及用户体验。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具体更新优化情况如下：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功能增加：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增加文件同步传输MD5校验功能；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增加了播放限制域名管理API；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丰富了文件输出接口；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播放器js增加自定义参数，增加了自定义日志功能；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丰富了日志查询接口；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增加了视频弹幕的管理功能；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增加了视频抓取、同步功能。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系统优化：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优化了编码器的制定以设置功能；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优化了水印，LOGO及广告系统的用户体验。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优化了录屏教学课件的编码效果。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您的需求就是我们研发的动力和方向，如您对保利威视(POLYV)云平台有任何功能或优化建议，请联系我们。Email： service@polyv.net , QQ: 800009268 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2015年7月24日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