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保利威视开年有礼，流量红包送不停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新年大吉，开年有福咯！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POLYV全体成员向新老客户拜年了！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【活动时间】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2015年2月25日～2015年2月28日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【活动详情】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今年拿红包拿到手软吧！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要不，再拿一个？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POLYV向新老客户派红包了！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活动期间，关注POLYV微信公众账号即可获得新年流量红包一份。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既然是免费送的，不拿才怪呢！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【活动细则】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参与对象：活动期间关注POLYV官方微信账号的所有新老客户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参与方式：在活动期间关注POLYV官方微信账号， 并发送正在使用的POLYV账号，便可立即领取新年流量红包一份。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【活动提示】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1、如您对此活动有任何疑问，可随时拨打客服热线020-66650810 或在线咨询QQ：800009268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2、本活动最终解释权归易方信息科技股份有限公司所有。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保利威视开年有礼，流量红包送不停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