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响应提速降费，50%流量抢先赠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提速降费，还要等多久？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响应总理号召，保利威视5月答谢广大客户，流量优惠强势来袭！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【活动时间】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2015年5月17日～2015年5月29日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【活动详情】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为答谢广大客户的长期关注与支持，只要在活动期间购买保利威视云服务并关注微信号的客户，就能获取保利威视的感恩回馈好礼！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【活动细则】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参与对象：活动期间购买套餐客户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参与流程：在活动期间购买套餐的客户，通过关注POLYV公众号，并发送账号至POLYV公众号。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赠送流量：赠送50%购买套餐流量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流量到账：发送账号后，7个工作日内流量到账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【活动提示】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1、如您对此活动有任何疑问，可随时拨打客服热线020-66650810 或在线咨询QQ：800009268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2、本活动最终解释权归易方信息科技股份有限公司所有。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响应提速降费，50%流量抢先赠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