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公司客服电话故障通知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尊敬的客户：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由于运营商网络故障导致保利威视客服电话（020-66650810）暂停服务。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故障期间，售前/售后服务请联系：020-85698600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电话故障预计将于2015年3月17日中午13:00前后解决。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给大家带来不便，敬请谅解。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易方信息科技股份有限公司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2015年3月17日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公司客服电话故障通知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