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保利威视最新推出微信直播课堂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在2015年里，在线教育的展现形式与课程体验都将获得更大的优化与提升。而直播授课是在线教育中的重要授课方式，在以往的直播课程中，课程内容需要被绑定在PC端或者是APP，这极大的束缚了在线学员的学习自由，降低了在线学员的学习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近日，保利威视推出微信直播课功能，该功能可以实现在微信中观看直播课程并参与实时互动，从而让更多的人加入到直播课程中进行学习体验。由于该微信直播课直接在微信平台上展现，减少了在线学员安装客户端与APP的繁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微信直播课程页面分为实时视频部分与在线聊天室部分。实时视频部分可以直播高清流畅的授课视频，而在线聊天室部分可以让在线学员实时交流沟通学习心得与体验，边学边聊，实现层进式的学习体验。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微信直播课程所特有的微信平台的适应性，让直播课程可以更快的在微信平台上推广传播。而微信直播课的便捷入口又是一大亮点，访客可以通过公众号直接进入微信直播课，访客系统自动获取微信昵称及头像。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目前，国内尚没有教育机构利用微信开直播课程。身为在线教育先行者的你，值得尝试。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保利威视最新推出微信直播课堂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