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保利威视系统升级通知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尊敬的客户，您好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为了进一步提升保利威视云视频服务能力，保利威视将于2015年7月1日（周三）凌晨 00:00至02:00对核心存储系统进行升级，届时将暂停视频上传服务，但视频播放不受影响。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如您在升级期间有上传视频需求，请您提前做好准备，给您造成不便敬请谅解，感谢您对保利威视的支持！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保利威视运维部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2015年6月30日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保利威视系统升级通知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