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保利威视云视频平台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（POLYV）是一个以用户需求为导向的视频云平台。经过一段时间对用户需求的收集和积累，应用户的需求，我们在此次新版本中我们增加了4项后台功能优化及拓展，1项API接口更新，3项编码机逻辑调整，2项播放器js代码优化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具体更新情况如下：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一、后台功能优化及拓展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1、问答播放器功能：加入公式显示，后台加入公式编辑器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2、重新转码调整：解决转码后字幕丢失问题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3、问答播放器功能：录入的时候，没指定正确答案，弹出提示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4、数据统计功能：加入下载接口流量统计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二、API接口更新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1、API接口更新：getNewList加入视频总数,有catatree的情况下为当前目录视频总数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三、 编码机逻辑调整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1、编码机逻辑：判断高和宽是否奇数，是奇数再加1，避免奇数导致编码失败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2、编码机逻辑：如果原视频DAR为16:9，高压缩按16:9来计算高度，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3、编码机逻辑：加入-r参数指定帧率，解决视频在机顶盒播放画面卡顿差异大于5秒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四、播放器js代码优化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1、播放器js代码：设置高度为0的时候，播放按视频比例计算高度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2、播放器js代码：加入j2s_stayInVideoTime获得观看视频秒数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您的需求就是我们研发的动力和方向，如您对保利威视(POLYV)云平台有任何功能或优化建议，请联系我们:Email： service@polyv.net ,  QQ   :  800009268 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保利威视(POLYV)团队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保利威视云视频平台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