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录播课——在线教育的未来不能没有你</w:t>
      </w:r>
    </w:p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在近日召开的&amp;ldquo;2015中国在线教育产业峰会&amp;rdquo;上，尚德欧蓬认为&amp;ldquo;中国教育市场目前没有任何一家做到了真正的颠覆性创新，并指出录播课其实就是一个骗局&amp;rdquo;。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一直默默耕耘的录播课，怎么就躺枪咧？天涯和几位教育界的朋友进行了讨论。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尚德表示，直播课的活跃度相较录播课的活跃度更高，天涯认为，未来直播的市场会越做越大，但就目前而言，在线教育完全取代传统教育还需突破很多瓶颈，录播课目前依旧是在线教育的主流，现在是，以后也会是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录播课之所以会是在线教育的未来不可分割的一部分，简单来说可以分为以下几点，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随时随地的学习：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PC端流量的大幅度萎缩，而移动端的流量大幅增长，大屏手机的普及加上现如今总理号召流量费用降低，未来在线教育的一个方向是随时随地的学习，利用学生的碎片化时间经行学习，比如5分钟的微课的时间去学好一个知识点。我经常在北京的地铁上看到年轻人拿着手机看会计、看编程，不会比看电视剧看跑男的少。录播课是在线教育内容主要的载体之一，也是在线教育未来不可划缺的一部分。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&amp;ldquo;互动&amp;rdquo;是教育衍生出来的二次环节：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欧老师认为&amp;ldquo;录播课的活跃度低，互动体验差&amp;rdquo;，而在线教育模块，传授知识技能，依旧是学习的最终目的。如今很多教育机构在录播课上应用了很多有趣的互动功能，问答功能、弹幕功能，未来录播课的互动功能开发也会越来越多，课程的质量和与老师同学的互动交流将会成为机构抢占生源的关键，那么录播课的未来依旧是不容小觑的。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录播课程更能打造精品内容：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站在教育行业的角度来说，录播课的课程可以事先做好极为细致的准备，后期进行剪辑优化，只要在视频录播前做好细致的准备，便可作出一节内容丰富、活动有趣的课程、而这种体验是直播课程无法做到的。而且课程内容可以持续给企业带来价值，吸引学员，课后学员的问题可以统一安排解答。将重要的资源放在重点课程，平摊到每个学员的资源就会很少，反之对于企业和学员而言，可以获得更好地学习效果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而直播课相较录播课而言，目前主要的瓶颈可以分为以下几点：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直播课要求学员在固定的时间内才能进行学习，错过了直播时间，学员只能通过视频回放查看授课，并且教师在直播课程中一些小动作会使视频质量降低，从而影响视频体验。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直播课的互动更浪费时间，从我们线下的教育而言，学员在直播课过程中与老师、同学互动，会影响学员的学习状态、打断思路。相对录播课，学习效果大打折扣，并且需要付出更高的时间成本，并且不能很好的利用碎片化时间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直播课在移动端未来的发展体验并不良好，目前绝大部分的直播课都必须在pc端授课，而移动端不管界面还是互动性都相比较录播课比较差的视频体验。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站在机构的角度来说，直播课对课程的内容和录制的硬件要求比较高，单单对一次直播课堂所消耗的资源比录播大的多，而产生的价值没有录播课来得直观。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直播or录播，现在就下定律还是为时太早了，毕竟中国的教育现状尤为特殊，未来在线教育的风往哪吹，然而不过如何，内容才是教育的本质。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录播课——在线教育的未来不能没有你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