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移动端App的授权播放功能与原理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随着移动端视频技术的发展，用户对移动端观看视频的需求日益增加，教育行业对移动端的视频版权保护意识的日益加强，保利威视推出了移动端App的授权播放功能，从而更好地保护教育行业用户的移动端视频版权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实现移动端App授权播放加密视频，首先需要在POLYV后台做如下设置：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移动端App的授权播放需要集成保利威视的iOS或Android的sdk，通过sdk进行视频解密key的授权，key传输过程也进行了加密，可以有效防止视频被破解。 而客户只需要调用sdk的播放器以及简单函数就可以播放视频，不需要理会key验证和视频解密的过程。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以下代码演示如何使用iOS sdk的代码播放加密视频: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#import &amp;quot;MPMoviePlayerController+plv.h&amp;quot;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//播放自适应码率视频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self.videoPlayer = [[MPMoviePlayerController alloc]initWithVid:_vid];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//播放指定码率的视频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self.videoPlayer = [[MPMoviePlayerController alloc]initWithVid:vid level:1];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整个移动端App的授权播放功能实现过程，如下图所示。由下图可以看出，保利威视的移动端App的授权播放功能，比移动端web的授权播放功能，多了一层key的sdk本地加密，安全级别更高，能够在更高的程度上更好地保护教育行业用户的视频版权。</w:t>
      </w:r>
    </w:p>
    <w:p/>
    <w:p/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657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00d179ec46120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657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移动端App的授权播放功能与原理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