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POLYV视频直播入门级教程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一、视频直播原理：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在视频直播现场，通过摄像机或者摄像头对现场画面实时收集，通过电脑上的USB递给电脑进行编码上传云端服务器，并分发到各个播放器进行视频直播。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二、入门级直播特点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能够实现简单的视频流畅直播，但是画面单一且不能切换，不能实现超高清画面。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三、视频直播的视频收集端的设备连接：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摄像头---USB接口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摄像机或摄像头-----------------→ 编码电脑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摄像机---1394接口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6545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20b305393d0747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654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四、直播端网络要求：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一路直播流要求上行带宽(电信/联通)1M以上。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五、设备要求及推荐型号：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视频直播视频接收端设备要求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设备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要求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推荐型号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最低配置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电脑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具有1394端口（若用DV）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ThinkPad L520（5016A52）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CPU：I5以上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编码软件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——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Wirecast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Flash Media Encoder</w:t>
      </w:r>
    </w:p>
    <w:p/>
    <w:p/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POLYV视频直播入门级教程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