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POLYV视频套餐介绍——个人版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为了帮助各大网站站长熟悉了解POLYV云视频服务的基本性能，POLYV推出了一款特价视频套餐——个人版。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的个人版视频套餐包含了7*24小时极速访问、全网CDN加速、自定义播放器外观、自定义视频水印、自定义播放器LOGO、视频统计等多项云视频服务的基础功能，除了能够保证用户的视频高清流畅的视频播放之外，还能享受自主设定播放器的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POLYV所提供的所有云视频服务套餐，都不会出现除用户信息之外的任何信息（如第三方广告、POLYV的标识等），为用户提供一个真正属于自己的视频平台。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POLYV采用国内顶级CDN服务商的网络为用户提供视频播放加速，POLYV在国内有3000多台服务器及300多个网络节点为用户提供强力的基础网络支持。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POLYV的自定义播放器，为客户提供了多种播放器皮肤选择，同时，还支持视频播放器LOGO自定义功能，为用户打造属于自己的视频空间。附录：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POLYV视频套餐——个人版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功能分类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功能效果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基本视频功能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7*24小时极速访问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访客高速浏览视频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全网CDN加速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安全稳定快速的传输网络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自定义播放器外观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播放器皮肤自定义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设定视频水印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自定义视频水印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设定播放器logo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自定义播放器LOGO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获取访问统计数据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掌握访客访问信息</w:t>
      </w:r>
    </w:p>
    <w:p/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POLYV视频套餐介绍——个人版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