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保利威视云视频平台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保利威视（POLYV）发布了最新的云平台V1.2.6版，在新版本中，平台增加hls的多码率自适应功能。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HLS(Http Live Streaming )是由Apple公司定义的用于实时流传输的协议，HLS基于HTTP协议实现，传输内容包括两部分，一是M3U8描述文件，二是TS媒体文件。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1、M3U8文件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用文本方式对媒体文件进行描述，由一系列标签组成。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[ws_table id="28"]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2、TS文件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DVB定义的文件格式，用于音视频的网络传输，其中音视频按时间戳进行交织。每个数据包大小为188个字节。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首个支持多语言的云视频播放器，希望我们的努力能为您创造价值。 如您对保利威视(POLYV)云平台有任何功能或优化建议，请联系我们:Email：service@polyv.net，QQ：1435787470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保利威视(POLYV)团队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保利威视云视频平台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