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一个账号就是一个强大的视频云平台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5844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6e126040d3d52b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584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云时代，来了！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云视频也来了！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在线教育者们，你们还在用优酷土豆这些视频门户网站管理自己的视频吗？你们还在为60秒的广告而苦恼吗？你们还在为视频被盗而烦忧吗？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云视频的到来，很大程度上解决了这个问题。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视频是基于云计算的视频管理平台，包括视频的批量上传、存储备份、多码率转码、多CDN分发网络加速、自定义播放器、统计分析、高清视频播放等综合视频应用。通过云端服务器的实现给用户以最高端的视频体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云视频服务可以帮助用户在短时间内搭建专业的云视频平台。只需要半天时间，用户就可以体验到云视频服务带来的专业级视频享受。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用户只需要注册一个POLYV的帐号，通过这个账号登录后台同时对视频进行上传、储存、码率转换、自定义播放器以及各种所需的视频功能设置。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时长60秒的广告，让人等着乏味，去趟厕所时间又不够，除了坑爹，好像没有其他的词汇可以想出来了。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无广告，这是所有在线教育者都想要的视频体验，云视频服务为广大的用户提供无广告的视频服务。同时，用户还可以自定义属于自己的视频广告。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多码率转换，只要用户提供的视频源文件的码率足够，云视频平台将源文件转码成为2-4份视频文件，提供流畅、高清、超清等多种清晰度的视频播放体验。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视频防盗，云视频服务为用户提供视频防盗技术，能够保证视频防盗链、防盗播、防下载。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通过自主研发的基于关键帧错序的视频问价加密技术与OVP防盗链的结合，能够保证用户的文件无法被盗链、下载、盗播。同时，POLYV采用的视频水印、视频跑马灯、问答播放器等视频功能来增强视频防录屏的能力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DN分发网络加速，云视频平台能够提供强大的视频文件传输能力，云视频平台借助国内数千台服务器及数百个网络节点的分发传输，大大的增强了云视频平台的视频上下传输的速度。POLYV在国内有3000多台服务器及400多个网络节点，可以保证百万人同时在线观看视频不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强大的数据分析能力，这是云视频平台的一大特色，它能够帮助用户对浏览过视频的访客的地域、IP、观看时长、观看人数、观看排行、空间、流量、广告统计等数据进行统计。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只需要一个帐号，用户就可以拥有一个强大的云视频平台。不需要购买服务器，不需要租用机房，只用一个帐号，用户就可以体验到专业级别的视频体验。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一个账号就是一个强大的视频云平台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