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如何计算视频流量？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如何计算视频流量，视频的大小就是观看视频时产生的流量吗？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先，我们要理清一个概念，流量是什么？流量是单位时间内收发的数据包的数量。也就是说在我们观看视频的时候，流量就随之而来。如何计算流量呢？有这么一个简单的计算公式：流量（kb）=观看视频时长（s）*当前视频码率（kbps）/8，同一个视频不同清晰度，即不同的码率所产生的流量大小是不一样的，那么视频有多少种码率呢，他们的对应关系是怎么样的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视频按照分辨率可以分为200P、360P、720p、1080i、1080P等几种格式。通俗来讲，360P以下的格式被称为流畅，720P以下被称为高清，720P以上被称为超清。（P表示屏幕的逐行扫描，i表示屏幕的隔行扫描）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主要视频格式与码率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分辨率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200p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360p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720p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1080i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1080p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码率（kbps）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256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512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1024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1800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3500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分辨率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流畅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高清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超清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下面我以一个100分钟时长的视频为例，向大家解说一下视频流量的计算方法：一般的视频网站，会把上传的视频转码成为流畅、高清、超清等几个版本，相应的他们对着不同的码率，那么如何计算不同分辨率下的视频流量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200p------对应的码率是256kpbs，也就是说，一分钟需要流量1.92M，播放完毕所需的流量是192M；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360p------对应的码率是512kpbs，也就是说，一分钟需要流量3.84M，播放完毕所需的流量是384M；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720p------对应的码率是1024kpbs，也就是说，一分钟需要流量7.68M，播放完毕所需的流量是768M；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1080i------对应的码率是1800kpbs，也就是说，一分钟需要流量13.5M，播放完毕所需要的流量是1.35G；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1080P------对应的码率是3500kpbs，也就是说，一分钟所需流量26.25M，播放完比所需要的流量是2.625G。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POLYV通常情况下会把客户上传的视频转码为流畅（256kbps）、高清（512kbps）、超清（1024kbps）三种版本，为了帮助客户更好地节省空间，缩短视频上传时间，POLYV为广大的客户提供一套视频转码标准：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标准转码参数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视频编码格式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H.264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视频码率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1000kbps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分辨率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缺省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文件名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.flv or .mp4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音频编码格式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AAC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音频码率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64kbps</w:t>
      </w:r>
    </w:p>
    <w:p/>
    <w:p/>
    <w:p/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如何计算视频流量？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