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什么是HLS？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HLS(Http Live Streaming )是由Apple公司定义的用于实时流传输的协议，HLS基于HTTP协议实现，传输内容包括两部分，一是M3U8描述文件，二是TS媒体文件。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1、M3U8文件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用文本方式对媒体文件进行描述，由一系列标签组成。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[ws_table id="28"]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2、TS文件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DVB定义的文件格式，用于音视频的网络传输，其中音视频按时间戳进行交织。每个数据包大小为188个字节。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什么是HLS？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