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如何解决用户视频套餐到期的问题（问答专题十二）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1、视频套餐快要到期了，怎么办？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POLYV有专职人员负责监控用户的流量使用情况及套餐剩余时间，并及时提醒客户续费。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邮件通知：在客户视频套餐到期的前三个月，POLYV工作人员会通过用户注册的邮箱进行邮件通知；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QQ通知：在客户视频套餐到期的前一个月，POLYV工作人员会通过用户注册时留下的QQ进行QQ通知；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电话通知：在客户视频套餐到期的前一周，POLYV工作人员会通过用户注册留下的电话进行电话通知。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2、用户正在续费时，视频套餐到期，怎么处理？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如果出现这种情况，为了保证客户视频正常的使用，POLYV的工作人员会为客户提供为期一周的提前续期。在客户续费后，POLYV会正式为客户完成续期。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3、如果视频套餐到期了，但是还没有及时续费怎么办？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保证客户的视频的正常播放，同时给用户一个续费缓冲时间，POLYV为正在续费的用户提供为期7天的续费缓冲期，从而保证用户网站视频的正常播放。POLYV保证在这续费缓冲期的七天时间里，客户视频套餐可以正常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4、在续费缓冲期里进行续费，如何计算续费时间？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POLYV的工作人员建议客户能够提前七天进行续费，POLYV的续期时间是以客户真实到期时间为准进行续期，而非是从付费时间开始计算。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如何解决用户视频套餐到期的问题（问答专题十二）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