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POLYV直播平台有什么特点（问答专题七）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有人会问，POLYV视频直播平台有什么特点呢？今天就带着大家了解一下POLYV视频直播平台的八大特点：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特点一：多终端支持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视频直播的方式多样，能够支持电脑录屏直播、摄像头直播、专业设备直播、智能手机客户端推流直播，操作简单。同时支持多终端播放，可以使用智能手机、平板电脑等移动设备在线观看直播内容。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特点二：国内顶级的CDN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POLYV视频直播平台使用国内顶级的CDN服务，全国各地的观众无论何时何地都可以流畅观看直播内容。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特点三：播放器可灵活自由定制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用户可以通过后台自主设置直播播放器的颜色、LOGO、封面图片、断流图片、暖场视频等。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特点四：观看限制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POLYV视频直播平台具有极其强大的观看条件限制功能，可限制同时在线观看人数，限制每个直播活动每日的最大流量，限制播放网站的黑、白名单，限制观众所属地域的黑、白名单，同时还可以设置观看密码。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特点五：直播数据统计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POLYV视频直播平台具有强大的直播数据统计功能，能实时统计每个直播活动的在线观看人数，统计观众数量，流量情况，观众的观看时长，观众的地域分布，观众的观看日志等等。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特点六：二维码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由于使用POLYV的视频直播平台，其直播内容可实现多终端播放，平板电脑或智能手机扫描二维码，立即在线观看。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特点七：实时录制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POLYV视频直播平台具有直播内容录制功能，直播活动结束后，提供录制文件，后期自由点播、回放。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特点八：按需付费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POLYV视频直播平台基于云计算，按需使用，按使用付费，价格低廉。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或许，视频还改变不了世界，但是，他能改变你的生活，POLYV视频直播平台为视频服务而生。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POLYV直播平台有什么特点（问答专题七）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