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您不知道的视频玩法(电商行业专辑)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视频可以玩什么？视频玩的就是视频功能，各种炫彩强大的视频功能，带给人们不但是耳目一新，更是应用上前所未有的体验。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下面我们就以POLYV云视频平台为例，聊一聊有哪些炫彩的视频功能吧。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播放必然依托于视频播放器，然而，视频播放器的边边框框，无论人们如何优化美化，总是解决不了人们播放器边框的视觉疲劳。POLYV推出的无边框播放器功能，可以让视频播放器边框溶于页面背景，达到视频在网页上无边框播放的效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应用场景：电商行业，产品页面产品无边框视频展示，看似照片，点了之后原来是视频，不信你试试。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有二维码，就会有人扫一扫，而我们扫到的是什么呢？活动促销、商品信息、网站网址······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现在还可以扫出视频说明书了，扫一扫，家具安装说明书、路由器安装说明书、健身器材说明书，瞬间视频化，给人们最简单的视频讲述体验。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适用场景：各种需要安装操作的行业，可以摆脱电脑，只要一个二维码，一台手机，扫一扫就帮你解决各种安装操作。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在看视频时，你如果看到一个滚动的字幕或者图片，点进去，可以直接购买，没错，这就是POLYV推出的图文链接功能。图文链接功能方便人们在观看视频的同时，快速购买自己心仪的商品。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使用场景：电商行业，产品展示视频，让客户看到商品，就能即时购买，比你叫亲还快。POLYV云视频服务为广大电商行业提供了强大的云视频服务，帮助电商人最大限度的发掘市场潜力。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或许，视频还改变不了世界，但是，它能改变你的生活。</w:t>
      </w:r>
    </w:p>
    <w:p/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您不知道的视频玩法(电商行业专辑)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