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付款信息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账号名称：易方信息科技股份有限公司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银行账号：6717 5869 1287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开户行：中国银行广州工业园支行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如有疑问请联系QQ：80009268 电话：020-66650810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付款信息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