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保利威视（POLYV）发布了最新的云平台V 1.2.3版，在新版本中，平台对部分常用的功能进行了优化，并对客户端进行了修改。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具体更新情况如下：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一、系统优化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1.问答播放器优化，增加数据导出接口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2.添加复选多个视频功能，可批量修改视频播放设置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3.播放域名限制功能优化，黑、白名单并存设置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4.访客信息收集器优化，增加数据导出功能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5.编码优化：识别音频以及对音频编码定制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二、客户端修改：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1.修复标题有&amp;amp;号无法上传问题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2.修改分类，增加“选择全部”选项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3.优化UI皮肤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4.保存列表上次未完成任务，打开恢复列表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5.增加对文件扩展名识别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本次通过对问答播放器与访客信息收集器进行了一系列的产品优化，希望我们的努力能为您创造价值。 如您对保利威视(POLYV)云平台有任何功能或优化建议，请联系我们:Email： service@polyv.net ,  QQ ：1435787470 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