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小视频，互联网视频时代到来了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“小视频”闯入微信6.0！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近期，iOS版微信更新了6.0版本。这次微信的版本升级新增了小视频、微信卡包等全新功能，其中最受人关注的就是小视频功能。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通过微信的小视频功能，用户可以在微信你拍摄6秒以内的小视频，并分享给微信好友或分享到微信朋友圈中。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微信小视频功能非常简洁，没有任何设置选项，只有“按住拍”按钮用于拍摄。另外，微信小视频不能选取手机中已有的视频，也不能将好友的小视频保存在手机中，而且朋友圈中的小视频不能转发。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在微信 6.0版的第一屏图片上，微信团队写上了“视频时代”四个字。那么微信小视频可以在中国目前短视频应用不温不火的情况下开启“视频时代”吗?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和照片不同，视频内容的创作对用户的要求更高。而且视频时间越短，视频制作难度就越大。微信小视频只有6秒的时长，只够一个人按正常语速说两三句话。这么短的时间能够让普通用户制作出好的内容吗？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微信小视频只是充当微信好友交流的一个辅助功能，那么现在微信小视频的产品形态已经足够。如果微信团队希望微信小视频能够成为和朋友圈同等级别的功能，能够开启中国的“视频时代”，微信小视频目前的产品形态还远远不够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随着国内无线网络环境的不断优化，视频必将成为移动互联网的主力军。POLYV国内专注做云视频服务的云视频服务提供商，为不同行业不同企业提供顶级的云视频服务，为客户提供强力的视频版权保护与专业的行业视频功能，为客户量身定制属于自己的在线视频套餐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小视频，互联网视频时代到来了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