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POLYV的产品服务怎么样（问答专题三）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4593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98994d5466cc3f5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459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上次对POLYV的视频资费介绍，大家可能会担心，POLYV平台很强大、价格很实惠，那服务会不会很糟糕啊？这个问题大家完全不用担心，对于服务响应这一点我从咨询响应速度、技术开发响应速度、服务态度三方面进行分析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咨询响应速度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POLYV目前拥有专业的销售及技术支持团队，能够在第一时间里对您提出的问题做出最快速的解答。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技术开发响应速度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POLYV采用扁平化管理，销售可直接与技术总监沟通，不必要通过繁琐的程序约束，且定制类开发周期短，功能的开发以客户的需求为导向。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服务态度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无论用户所购买的套餐价格高低，POLYV用都会用最真诚的态度为用户服务。到目前为止，POLYV没有收到任何用户的投诉以及重新选择其它服务商，且大多数用户的普遍好评。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世界在变，POLYV心愿不变，POLYV始终为您提供最优质的视频托管服务。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POLYV的产品服务怎么样（问答专题三）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