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视频直播，随手即来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44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7a8daa98bff53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44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当你看到一场精彩的活动，你想过用视频直播的方法分享给你的朋友们吗？今天，视频直播已经不是那么的遥不可及，POLYV可以帮助你很好的完成一场完美的视频直播，随手做视频直播的时代已经到了！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一直以来限制视频直播的三个问题，直播设备、直播网络与直播平台。现在这些已经不再是束缚，随着各种内置高清摄像头的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移动终端的飞速普及，高清摄像可以变得随时随地。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POLYV为用户提供高清流畅的视频直播云服务，用户只需要注册一个账号，无需专业技术，无需购买昂贵的设备、软件和带宽。只要有网络，无论是WIFI还是3G，都可以    随时随地开始直播，还可以通过二维码分享给您的朋友。观看者扫描二维码即可立即在线观看，无需安装任何软件，同时支持电脑、平板和手机观看。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POLYV让视频直播变得随时随地。时间在变，POLYV的心愿不变，POLYV一直为用户提供高可用的视频云服务。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视频直播，随手即来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