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视频云，在线教育的晨光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671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7f86deab5e5454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671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到广告，几乎所有的网络用户都对其深恶痛绝。视频中穿插广告，被无数网友视为网络视频的一大恶疾。反复单调的视频广告，让用户大呼：看又不愿意，去上趟厕所时间又不够，真有种被侮辱、被强迫的感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在线教育的大规模爆发，互联网用户对在线视频的要求越来越高，而传统视频门户网站的视频服务又因为有大量的广告的插入，使得用户所上传的视频在被访客观看时的体验度直线降低。所以，越来越多的在线教育网站不断的寻找一种新的在线视频平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视频云技术，作为近年来一个新兴的视频技术，它能够给客户带来全国高清流畅播放、视频安全防盗、自由定义广告、自由设计播放器、访客信息统计等一些列功能。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视频云技术的最大亮点就是：全国超流畅视频播放、视频防盗与无广告插入。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云，采用CDN网络分发技术，可以保证百万人同时在线流畅观看视频。用户上传的视频会被自动转码为2-4份备份，用户在视频播放端可以自由选择视频的清晰度，同时视频支持多终端播放，只要有网络，用户可以随时随地高清流畅看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如何保障上传视频的安全，这是长期以来困扰在线教育的一大难题。在国内各视频云商在视频防盗方面各有自己的法门，而其中POLYV在这方面做的尤为突出。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说到视频防盗，我们就不得不考虑两方面的问题：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1、视频文件的防盗；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2、视频防录屏。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视频文件加密方面POLYV采用基于关键帧错序的视频内容保护系统配合OVP防盗链，使用户上传的视频不被盗版、盗下、盗播。而POLYV提供的跑马灯、播放器LOGO、视频水印，尤其是课堂问答播放器功能更是增加了盗版者的录屏成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做自己视频的主人，有木有广告我做主，有什么广告我做主，广告什么时候出现我做主。视频云技术提供自定义的广告设置功能。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视频云技术，为用户提供了访客信息统计功能，可以让你随时知晓你的网站视频的访问量，访客的地域、访问时间、访问次数等一系列信息。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随着互联网革命的不断蔓延，在线教育的不断发展，视频云技术必将是未来网络视频最强技术支撑！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视频云，在线教育的晨光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