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一个账号，拥有自己的专属视频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作为一名站长，无时不在关注自己的网站，网站视频已然是一个最不可或缺的网站展现形式。然而，面对当前网站视频的状况，很多站长有苦难言：使用别人的视频平台，让自己的网站视频被强行套上的别人LOGO；使用视频门户网站的视频平台，让自己的网站视频被60秒垃圾广告所绑架；使用自己的服务器承载视频，让自己的网站在访客突增的情况下瞬间瘫痪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作为国内最专业的视频托管服务提供商，向广大站长提供高清流畅的视频托管服务。同时，POLYV提供的视频托管服务绝对不会出现垃圾广告。POLYV提供强大的时频频托管功能，站长可以自由的定义各种强大的视频体验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无广告视频，这个是视频托管服务与传统的网络视频的最大的不同，视频托管服务是专业面向网站的互联网服务。它能够更好的为站长提供更加专业的视频平台，让网站视频瞬间提升一个大的档次。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视频播放器LOGO，通过上传自己的LOGO，从而实现视频播放器的自定义，通过简单的设定可以打造出属于用户自己的播放器。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视频水印，它除了能够为自己的视频打造出属于自己网站的专属标识，更能够为自己的视频保驾护航，起到一定的防盗效用。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POLYV用最专业的视频托管服务为站长提供最强的视频服务。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一个账号，拥有自己的专属视频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