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视频直播随手做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3098292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3fcae0a0e17b244a-docx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309829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当你看到一场漂亮的户外表演，你想过为你远在千里之外的好友做一个简易的现场直播吗？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这，听上去好像很难，但是，现在已经不是问题了！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网络视频直播的呈现，需要什么？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3G/４G高速无线网络的覆盖，让视频直播网络传输不再是问题。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智能手机的广泛应用，高清摄像，高速上传数据，视频高清播放都已经近在眼前。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平台，一个能够很好承载网络视频直播的平台。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说到视频直播平台，有人会想到了某视频聊天平台，但是随即就会将它否定了，用过的朋友都有一种感受画面“卡”而不清晰。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如何给用户带来高清的视频直播体验呢？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POLYV为用户提供一个便捷的云视频直播平台，只需要一个账号，就能做一场高清的视频直播。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POLYV采用国内最先进的CDN分发网络技术，可以保证百万人同时在线观看不“卡”。同时还能提供大量的视频直播功能，帮助用户更好的实现视频直播功能。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一台智能手机，一个POLYV视频以及一个POLYV的账号就可以实现一场简单的视频直播。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事实上，视频直播就这么简单！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视频直播随手做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