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在线教育如何更好的引导学生学习？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---本文节选于虎嗅网《在线教育如何吸引厌学屌丝们？》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在正式探讨标题所言的观点之前，我希望先引入两个概念，精英学霸和厌学屌丝。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学霸精英是这样的一群人：他们不挑剔环境，能忍受枯燥的理论，有强大的耐心挖掘知识，他们能轻松的汲取自身所需要的养分。他们能运用他们强大的学习力，发觉并学习到他们需要的东西。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厌学屌丝是这样的一群人：他们讨厌理论，苛求环境，缺乏耐心，很容易放弃。即便你告诉他不学习找不到工作、考不上大学，他们也没有耐心接受枯燥无趣的知识。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这就导致了当我们把传统线下教育的东西搬到线上时，当我们觉得所有人都需要教育时，将面临一个巨大的问题：我们的目标群体不仅是那些人数稀少的精英学霸了，必须包括那些我们之前不在乎的厌学屌丝。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现有的传统教育产品基本上都是学霸精英思维，他们锁定了所有的渴望成为学霸的群体，并满足他们。而在未来的在线教育，他们必须考虑满足那高达90%以上的厌学屌丝的需求了。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互联网上来满足厌学屌丝的学习习惯，未来的在线教育就必须参考美国心理学家希斯赞特米哈伊的提出的“心流”概念。“心流”指的是将注意力完全投注在某种活动上时，所体会到的高度兴奋和充实感，而这种状态在高尔夫、魔兽这类游戏和竞技中常常出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所以在互联网从事教育，在未来我们必须通过兴趣、关注点吸引的方式引发学习者参与，我们需要设计有趣的任务安排和及时的反馈系统，给予他们惊喜和奖励，最后学习者将能够通过互动和社交快速的使用所学的知识。只有这样大量的厌学屌丝才会参与，只有这样才是未来的在线教育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小编语：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何为学霸精英，何为厌学屌丝？他们只是兴趣点不同而已，他们专注的地方不同，表现的状态不同，如果寻找到合适的方法，对其进行引导，学习效果应该相差不到。在这个在线教育蜂拥而至的时代，这是在线教育者值得思考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如果将新鲜的技术融入在线教学中，无论是学霸精英，还是厌学屌丝，都会在好奇的驱动下认真的去尝试，进而“抓住”他们的心，让他们能够认真的学习。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POLYV为在线教育用户量身打造了全新的视频技术，如课件播放器、课堂问答播放器、学员信息收集器等新功能，帮助在线教育用户更好的实现在线教学的技术创新。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在线教育如何更好的引导学生学习？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