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如何解决空间（流量）用超的问题（问答专题十三）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用户的网站如果在某个时间段内超出套餐原本空间（流量），导致视频无法上传（播放），面对这个问题应该怎么解决呢？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POLYV会有专人负责监控用户的空间（流量）使用情况，一旦出现空间（流量）超出的现象或者趋势，会有专人向用户通知，并帮助用户增加空间（流量）或者提升套餐。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增加空间（流量），针对短期内局部时间空间（流量）快速增长的用户，推出的解决办法，这种方法不但帮助用户很好地处理了该月空间（流量）超出的问题，同时也很好的节省了用户的使用成本。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升级套餐，针对将长期内空间（流量）会有大幅的稳定增长的用户所推出的解决办法，可以帮助用户解决该月空间（流量）超出的问题，同时也帮助用户避免了每个月增加额外空间（流量）使用的麻烦，减少了用户对后台空间（流量）的查询次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POLYV通过严密的后台管理，可以保证用户的云视频服务平稳安心的使用，同时，为用户提供7x24小时的售后服务，可以保障用户在使用过程中，如果出现问题可以即时解决。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POLYV一直专注于云视频服务，因为专注，所以专业。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如何解决空间（流量）用超的问题（问答专题十三）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