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2015年元旦放假通知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尊敬的客户：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根据《国务院办公厅关于2015年部分节假日安排的通知》规定，并结合我公司的实际情况，我公司2015年元旦节放假时间为1月1日至1月3日。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假日期间我司将安排运维客服等工作人员进行轮休值班，以保证能够及时处理您在假日期间的突发问题。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假日值班QQ：800009268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祝您节日愉快！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易方信息科技股份有限公司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二〇一四年十二月三十一日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2015年元旦放假通知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