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网络时代：出版行业的机遇还是挑战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309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aed89c557ca9b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309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互联网技术的发展与普及，越来越多的传统行业遭受重创。而网络媒体的不断增长与内部优化，传统出版行业的生存空间却在不断的被打压，受众也在逐渐的流失，正像作家许开祯说的那样：“难道真的到了绝路？这个行业，什么时候才能看到阳光？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网络时代，给传统行业带来的到底是机遇还是挑战？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众所周知，传统的出版行业一大弊端就是，用户体验太差。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而报纸杂志这类出版物，在阅读的过程中，仅仅通过图文描述，又难以让读者深入了解到较为真实的新闻现场。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或许，用户体验过低已经成为了扼杀这一行业的罪恶之手，难道这个行业真的已经穷途末路了吗？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身居困顿，力求思变。古人云：穷则变，变则通，通则久。而传统的出版行业，在面对人类阅读史上的第二次“载体革命”，传统的出版业究竟是勇于创新，杀出重围？还是依然墨守陈规，坐以待毙？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面对危机，就应该及时回归产业本源。一直以来，传统出版业被定义为“文化”产业，但殊不知其核心不仅是“文化“，更有”创意”。人们往往是牢牢的抓着它的“文化”两字做文章，却忽略了“创意”两字。而“创意”才是发展的核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在这个被无数人已经做到“病入膏肓”的传统出版行业又该如何去寻求新的创意呢？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传统的出版行业已经很难从那种“作者---出版者---发行者---读者”的模式中寻求变革，只能是从技术入手。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新技术，一项能够把传统出版行业与互联网技术完美连接的新技术，这才是解决传统出版行业进入颓势的关键契合点。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加密视频托管技术，随着这种新生技术的产生与运用，整个出版行业似乎迎来了新的曙光。下面我们就简单的谈一谈，加密视频托管技术是如何体现它的创新的。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接着上面的两个例子，通过新的加密视频托管技术去解决用户体验度低的问题。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加密视频托管技术，将原本存入光盘里的视频上传到服务器并生成二维码。仅仅需要在书籍后面，印制一个二维码，在这个Wifi遍地，3G横行的时代，打开微信，扫一扫，就可以将网站上的视频，在移动端瞬间播放，这不但让读者随时随地的学习视频教程，而且还节约了制作光盘的成本与遏制了视频被盗版的可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在报刊杂志方面，只要将热点新闻的视频上传服务器，通过加密视频托管技术，借助二维码，扫一扫，读者就可以得到最直接的新闻体验。                                                                          面对电子阅读带来的四面围堵，传统出版业是杀出重围还是默然逝去，我们无法决定它未来命运，我们只能关注它走过的路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不信，扫扫看！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网络时代：出版行业的机遇还是挑战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