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二维码说明书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维码说明书：本功能针对电商行业，专为一些需要详细售后安装引导的产品提供的功能，厂商在产品的外包装上印上对应的说明视频二维码，用户在收到包装时，用手机扫一扫二维码，就能对应视频，进行对产品的安装操作，有效降低沟通成本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二维码说明书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