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美国迈阿密节点上线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美国迈阿密节点上线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