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保利威视云视频平台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（POLYV）是一个以用户需求为导向的视频云平台。经过一段时间对用户需求的收集和积累，应用户的需求，我们在此次新版本中我们增加了4项非常实用的功能，并对3项用户常用的功能进行了优化，同时修复了1项系统BUG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具体更新情况如下：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一. 新功能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教育版 交互问答播放器功能；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后台管理 子帐号功能，可对后台进行多帐号分级管理；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API功能  新增视频播放时长获取接口；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编码功能  加入了对视频rotate参数的识别，可根据该参数对视频自动进行旋转；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（我们将针对此三项新功能给出操作说明书）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二. 系统优化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完善了自适应清晰度功能；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使用md5加密字符串匹配方式，优化了上传接口API的安全性；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优化了视频列表的选择操作体验；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三. 系统BUG修复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修复了首发外链地址的BUG，在用户后台预览的视频，不会再作为首发链接地址送出去。</w:t>
      </w:r>
    </w:p>
    <w:p/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保利威视(POLYV)团队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2013年10月25日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保利威视云视频平台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