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保利威视后台操作教程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保利威视后台操作教程向您详细介绍了账户信息设置管理、如何上传视频以及如何将视频代码发布到不同平台上，帮助您快速操作保利威视后台。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保利威视后台操作教程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