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文字推广链接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文字推广链接：点击顶部功能列表的“视频列表”，进入视频列表界面，选择视频（或在“视频分类管理”界面选择视频），在右侧小窗口找到“推广链接”，如下图所示：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点击“推广链接”后，进入如下图界面，编辑完成，点击“保存”即可。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链接：填写文字所跳转到的地址；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显示类型：选择“文字”；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显示内容：编辑所显示的文字的内容；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注：文字的位置系统默认在视频的下方，不可更改。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文字推广链接效果：观众可以看到视频下方有滚动字条，点击字条直接进入购买网页。</w:t>
      </w:r>
    </w:p>
    <w:p/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文字推广链接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