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简单几步完美模拟出苹果官网高端大气上档次的产品视频演示效果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最近苹果发布了iPhone 5C和iPhone 5S，哥在官网观看了高端大气上档次的视频产品演示，虽然没马上决定卖肾入手，不过还是对这种产品演示的方式产生兴趣，决定动手模拟一个。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利用保利威视视频播放器的video_bg_color参数，让播放器的底色置为白色，不会再有黑边框了，例如video_bg_color=ffffff。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保利威视播放器还有一个参数为ban_bar_keep_play_btn，隐藏进度条，只留一个中间的播放按钮。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先到保利威视后台，播放器设置里面挑选一个上档次的视频播放器，我挑了最后一个“现代”风格的。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然后再把右侧菜单栏的几项打钩的都去掉，片尾设置里面，把“返回片头”勾上。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现在准备将视频代码拷贝黏贴到网站了，在代码的flashvar的value里面，额外加入两个参数video_bg_color=ffffff&amp;ban_ata_bar_keep_play_btn=on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&lt;div class="overlay" id="video" onclick="hideme()"&gt;</w:t>
        <w:br/>
        <w:t xml:space="preserve">    &lt;div style="position: absolute; left: 0px; right: 0px; top: 0px; bottom: 0px; width: 100%; height: 100%; visibility: visible; padding-top: 77px;TEXT-ALIGN: center;"&gt;</w:t>
        <w:br/>
        <w:t xml:space="preserve">        播放器代码放这里</w:t>
        <w:br/>
        <w:t xml:space="preserve">    &lt;/div&gt;</w:t>
        <w:br/>
        <w:t>&lt;/div&gt;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还需要在页面加入一段css，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&lt;style type="text/css"&gt;</w:t>
        <w:br/>
        <w:t xml:space="preserve">    .overlay{</w:t>
        <w:br/>
        <w:t xml:space="preserve">        background-color:#fff;</w:t>
        <w:br/>
        <w:t xml:space="preserve">        position:fixed;</w:t>
        <w:br/>
        <w:t xml:space="preserve">        width:100%;</w:t>
        <w:br/>
        <w:t xml:space="preserve">        height:100%;</w:t>
        <w:br/>
        <w:t xml:space="preserve">        top:0px;</w:t>
        <w:br/>
        <w:t xml:space="preserve">        left:0px;</w:t>
        <w:br/>
        <w:t xml:space="preserve">        z-index:1000;</w:t>
        <w:br/>
        <w:t xml:space="preserve">        display:none;</w:t>
        <w:br/>
        <w:t xml:space="preserve">    }</w:t>
        <w:br/>
        <w:t>&lt;/style&gt;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最后加一段javascript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&lt;script&gt;</w:t>
        <w:br/>
        <w:t>function showvideo(){</w:t>
        <w:br/>
        <w:t xml:space="preserve">   document.getElementById("video").style.display="block";</w:t>
        <w:br/>
        <w:t>}</w:t>
        <w:br/>
        <w:t>function hideme(){</w:t>
        <w:br/>
        <w:t xml:space="preserve">   document.getElementById("video").style.display="none";</w:t>
        <w:br/>
        <w:t>}</w:t>
        <w:br/>
        <w:t>&lt;/script&gt;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这就完成了，点击链接或图片的时候调用showvideo就可以在网页中间秀一个大视频，点击空白位置就可以隐藏掉视频。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简单几步完美模拟出苹果官网高端大气上档次的产品视频演示效果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