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利用保利威视实现教育视频预览和购买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场景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需要在网站上放一个视频教程，用户只允许观看5分钟，完了之后显示需要注册购买视频才能继续观看。点击之后跳到登录购买链接。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借用保利威视播放器的watchEndTime参数，限制播放器播放时间。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然后利用播放器的播放结束事件，触发到s2j_onPlayOver，把播放器隐藏，显示一张图片，引导用户注册或购买。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实现方法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从保利威视视频管理后台拷贝视频代码，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按源码方式贴到自己网站，修改flashvars参数的value，增加watchEndTime=10，如果是5分钟，则设置为watchEndTime=300</w:t>
      </w:r>
    </w:p>
    <w:p/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制作一张640x340的图片（跟视频播放器大小一致），播放器预览时间完成之后用来显示在播放器上方，提示用户应该购买。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这里用了这张图：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播放之前还不到它出场，先用隐藏的图层，链接用购买或者注册的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&amp;lt;span id=&amp;quot;buylink&amp;quot;&amp;gt;&amp;lt;a href=&amp;quot;http://pay.polyv.net/purchase.htm?packageId=12&amp;quot;&amp;gt;&amp;lt;img alt=&amp;quot;&amp;quot; src=&amp;quot;/uploads/allimg/130911/1-13091110350RR.png&amp;quot; /&amp;gt;&amp;lt;/a&amp;gt;&amp;lt;/span&amp;gt;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最后只需两行javascript就搞定了：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function s2j_onPlayOver()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//alert(&amp;quot;播放结束&amp;quot;);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document.getElementById(&amp;quot;buylink&amp;quot;).style.display = &amp;quot;block&amp;quot;;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document.getElementById(&amp;quot;player&amp;quot;).style.display = &amp;quot;none&amp;quot;;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最终效果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[ws_table id="36"]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利用保利威视实现教育视频预览和购买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