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保利威视（POLYV）发布了最新的云平台V1.1.6版，在新版本中，平台对部分常用的功能进行了优化，并修复了2项系统BUG。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具体更新情况如下：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一. 系统优化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播放器设置增加语言设置；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getMp4接口取不到mp4地址，默认返回最低码率地址；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二. 系统BUG修复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播放域名设置、源文件分发、播放列表修复功能限制；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upload_v.js上传器对页面已加载jquery的情况做兼容。</w:t>
      </w:r>
    </w:p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保利威视(POLYV)团队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2013年12月27日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