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保利威视（POLYV）发布了最新的云平台V1.1.5版，在新版本中，平台增加了一项新功能，并对部分常用的功能进行了优化，并修复了1项系统BUG。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具体更新情况如下：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一. 新功能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增加了访客信息收集系统的数据导出功能；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二. 系统优化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优化了具有网页断点续传功能的HTLM5上传器的视频分类功能；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优化了XML文件的处理方式；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三. 系统BUG修复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修复了访客信息收集器的数个BUG.</w:t>
      </w:r>
    </w:p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2013年12月20日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