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欧洲法兰克福节点上线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目前保利威视（POLYV）已经在德国的法兰克福开设视频服务节点，通过法兰克福的节点，28个欧盟国家的用户都可以快速，流畅访问到视频点播，直播内容。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迄今为止，保利威视（POLYV）的视频服务区域已覆盖到了北美洲，南美洲，以及欧洲全境。欢迎对欧洲，及其它海外地区有视频播放需求的网站或企业来电或在线咨询。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咨询电话： +86-020-66650810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咨询QQ ： 1435787470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欧洲法兰克福节点上线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