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致力于视频托管/视频空间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有没有想过，在用网页预览视频的时候，暂停，这时用手机扫描二维码，在手机上接着播放呢？是不是觉得很熟悉，没错，在视频界，许多视频网站都实现了二维码分享转屏的功能，但目前为止，还没能做到真正的多屏合一功能，只能狭义地认为这是一种二维码分享功能，因为，目前二维码分享并不能做到续点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续点播放，在PC端播放一部电视剧，暂停，用手机或Ipad通过扫描二维码，在其设备上继续观看，实现真正的无缝转接；与之前的三屏合一布局有很大的不同，可以说是在其基础上的升级版，让用户有更好的体验，以及分享内容的准确性。但是，由最近各大视频门户的行业动态都可以看出该战略的重要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但做内容类的视频网站在多屏合一上下比较猛的“催生剂”；而紧跟各大视频门户背后，致力于视频技术解决方案的视频托管商—保利威视，在推出“二维码”功能后；在二维码“升级”上，也不甘落后；保利威视的二维码功能目前支持三屏自由转换，不局限于对应某个APP，只要有可以扫描二维码的APP，都可以流畅播放。据保利威视最新服务公告上的显示时间，相信在不久后，多屏合一战略得以实现，做到真正的续点播放，惠及千万站长以及用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二维码最早只能标识商品，而不能描述商品，在互联网的带动下，到现在发展到能存储大量信息，相信，二维码在未来会有更多的进步。在那之前，还是让我们先期待视频界是如何玩转“二维码”的吧！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致力于视频托管/视频空间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