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保利威视/视频空间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有时候，不是我们不够好，而是消费者不知道我们有多好。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因为….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商品，在这头；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顾客，在那头。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使用保利威视无边框播放器，比起传统的图片展示，动态展示更能诠释您的商品，POLYV无边框播放器能与网站完美契合，如下图所示：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1051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8c9652da19cfd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105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实例演示地址：http://demo.ipolyv.cn/ec/demo/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保利威视/视频空间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