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利用互联网及流媒体技术进行视频互动——网络教育发展的必然趋势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直播是指利用互联网及流媒体技术进行直播，视频因融合了图像、文字、声音等丰富元素，声形并茂，逐渐成为互联网的主流表达方式。视频通过真实、生动的传播，营造出强烈的现场感，吸引眼球，达成印象深刻、记忆持久的传播效果，能够真实、直观、全面的宣传、展示自己一个完整的流媒体平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相对于传统教育而言，网络教育正日渐成为我们的教育中的重要一部分,特别在成人教育中。当然，传统教育的作用不容忽视，它还是在基础教育中占有举足轻重的作用。中国封建社会有儒家的崇尚道德修养、尊师重道、因材施教、循序渐进的传统；五四运动以来有讲求民主、科学、进步，振兴中华的传统；西方古希腊有注重和谐教育的传统；文艺复兴后有尊重儿童、遵循儿童身心发展、培养学生能力与学习主动性，重视课堂教学与系统知识传授的传统。上述均为一定历史时期形成的传统教育，是对以往传统教育的扬弃、继承和发展。随着历史脚步的不断向前迈进，人们的教育方式发生了巨大的变化，网络教育作为一种新兴事物正逐渐深入人们的终身教育中。网络教育是指在网络环境下，以现代教育思想和学习理论为指导，充分发挥网络的各种教育功能和丰富的网络教育资源优势，向受教育者和学习者提供一种网络教和学的环境，传递数字化内容，开展以学习者为中心的非面授教育活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伴随着网络教育而兴起的网校，推动了网络教育的大大发展，学员只要具备上网条件即可以在任何时间、任何地点接入互联网，自主地选择学习内容。相对于面授教育而言，网络教育最大限度地突破了教育的时空限制，是师生分离、非面对面组织的教学活动，是一种跨学校、跨地区的教育体制和教学模式。目前网校主要授课方式是将教师授课内容以视频、课件、文档等形式传至互联网，经学生下载后观看学习。但这也存在一个弊端，即是学生不能实时学习教学内容，无法老师的进度学习。老师通常把学习资料整理完成后经过互联网才能送达至学生端口，这往往存在一个时间差。如若临近考试教师才发布考试的冲刺内容，则无法保证学生的学习进度。有些学生会因时间急迫而忽视的教师新整理的考试冲刺内容，这无疑对学生的学习情况造成不良影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但是随着视频直播系统的成熟，这一弊端正逐渐得到妥善解决。众所周知，保利威视作为视频托管界的龙头企业，正向网视频直播系统迈进脚步。相对于电视台直播的高昂费用、审批烦琐来说，网络视频直播更加灵活、精准的特点正日益为教育者所青睐。保利威视的视频直播系统具有以下几个优点：①费用低廉：不用购买复杂的应用软件、昂贵的硬件设备，不必雇用专业技术人员，更无须配备大量的网络带宽资源，只需支付低廉的租赁费用；②实现容易：一台PC、一个摄像头（网络摄像头、DV、专业摄像机均可）、一个麦克，无需额外设备投入，即可实现直播；③操作简单：界面友好，简单易学，点击一个按钮即可实现视频直播，对于直播人员的计算机水平要求不高；保利威视的视频直播系统通过代码嵌入页面，可以实现在多家网站同时直播，不再受单一直播平台所限，有助于您将直播进行精准投放，同时保利威视也为广大网校提供帮助寻找发布站点的服务。详情可登录保利威视官网查看视频直播的具体细节，保利威视的优势也是显而易见的。相信在不久的将来，视频直播已成为每一位学员接受网络教育的主要方式，真正实现授课内容的实时播放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利用互联网及流媒体技术进行视频互动——网络教育发展的必然趋势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