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保利威视/视频空间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保利威视（POLYV）应在线教育培训机构的要求，推出了全新的问答播放器。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目前传统视频教学存在以下问题：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采用传统网络视频播放的教学过程中，为了累积学时，学员存在挂机的现象；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传统的网络视频教学，课件往往是从头播到末，系统无法评估学员的效果，学员在学习过程中也感觉比较乏味；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传统的网络视频课件存在被盗版的风险，即使视频文件通过加密处理后，盗版者仍然可以通过录屏的方式来获取视频内容。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教育问答播放器解决的问题：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实现学员与课件之间的互动，学员只有正确回答课件视频中弹出的问题之后才能往后继续播放，有效的避免了挂机的现象；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通过互动问答的方式，加强学员对知识点的记忆，同时可以评估学员的学习效果；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大大降低盗版视频的观看体验，让录屏后的盗版视频毫无价值。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保利威视/视频空间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