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WordPress视频教程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WordPress是目前世界上使用最广泛的博客系统，功能非常强大。本教程向您详细介绍如何在WordPress平台上安装与使用保利威视云视频插件。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插件下载地址：http://www.polyv.net/tools/wordpress_polyv_video.zip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WordPress视频教程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