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无广告视频之企业应用</w:t>
      </w:r>
    </w:p>
    <w:p>
      <w:r>
        <w:rPr>
          <w:rFonts w:ascii="Source Han Sans SC" w:hAnsi="Source Han Sans SC" w:eastAsia="Source Han Sans SC" w:cs="Source Han Sans SC" w:hint="eastAsia"/>
          <w:sz w:val="21"/>
        </w:rPr>
        <w:t>目前使用网络进行网络营销的企业越来越多。随着互联网的发展使用，网络推广不断深入和普及，但是部分中小企业却在网络推广中屡战屡败，或者略有效果却经不起网络推广中恶意消耗带来的创伤，始终找不到一种理想的网络营销方式。</w:t>
      </w:r>
    </w:p>
    <w:p>
      <w:r>
        <w:rPr>
          <w:rFonts w:ascii="Source Han Sans SC" w:hAnsi="Source Han Sans SC" w:eastAsia="Source Han Sans SC" w:cs="Source Han Sans SC" w:hint="eastAsia"/>
          <w:sz w:val="21"/>
        </w:rPr>
        <w:t>于是部分企业想到在百度贴吧或者各大论坛做推广，然而这种方式执行起来也是相当困难的，除非写一些和产品主题相关的软文还勉强可以混过去，不让管理员发现，但是有时候即便是软文也不能带网址，那些论坛管理员不管三七二十一发现网址就删除，甚至一度开始屏蔽url了，所以我们每天挂在嘴上的到论坛推广、到贴吧推广，其实已经不能满足我们的要求了，笔者认为对经常使用网络推广的企业，要想成功的开展网络营销，就应该在其他方面做些尝试。现在我来说一说我的一种推广方法：视频营销。</w:t>
      </w:r>
    </w:p>
    <w:p>
      <w:r>
        <w:rPr>
          <w:rFonts w:ascii="Source Han Sans SC" w:hAnsi="Source Han Sans SC" w:eastAsia="Source Han Sans SC" w:cs="Source Han Sans SC" w:hint="eastAsia"/>
          <w:sz w:val="21"/>
        </w:rPr>
        <w:t>视频营销顾名思义，即是指企业将各种视频短片以各种形式放到互联网上，达到一定宣传目的的营销手段。我们一开始想到的视频营销方式是将我们企业制作好的视频投放到优酷或土豆这些免费的社会化分享网站上，但是这些社会化分享网站有个致命的弊端不知您注意到了没？在您将上传好的视频链接引回到自己企业网站进行播放时，一开始的KFC或者Pizza hut广告足够让你抓狂，用户本来兴致勃勃的想看看贵公司的产品介绍，却要等待N长的广告时间，说不定看完之后，用户直接打电话订餐去了。最可恶的是这些广告播放结束后，有时还会跳出一些有伤风化的视频推荐，着实损伤了企业的品牌形象。这无疑对贵公司的产品营销产生消极的影响，或者说您免费为他人的产品做了广告，但你却后知后觉。</w:t>
      </w:r>
    </w:p>
    <w:p>
      <w:r>
        <w:rPr>
          <w:rFonts w:ascii="Source Han Sans SC" w:hAnsi="Source Han Sans SC" w:eastAsia="Source Han Sans SC" w:cs="Source Han Sans SC" w:hint="eastAsia"/>
          <w:sz w:val="21"/>
        </w:rPr>
        <w:t>说到这，您也许纳闷了，那我该怎么办？自己本来是个小企业，而且就现有资金和技术来说，视频管理平台的开发难度较大，专门聘请一个技术团队进行视频管理平台的开发显然划不来。但是福利来的时候你也不要一一的躲过去了，笔者在Google上输入无广告视频，排名第一的保利威视赫然在目，浏览了保利威视的官网后发现也有挺多教育用户使用的，如北美国际台（ICN）、北师大教育培训中心、ATA远程培训平台.etc，一开始我也是尝试着先免费使用它的产品，但后来发现确实不错（小赞一下—good），保利威视能清晰定位教育行业的需要，我将自己的网站产品视频投放到官网上去，竟然大大增加了用户粘度。而且对于我司的产品来说，它也提供很多可靠的服务，如视频加密保护版权，视频互动活跃教学形式，支持视频碎片化，而且最重要的是支持移动学习，让我的学生用户随时随地提高学习效率。</w:t>
      </w:r>
    </w:p>
    <w:p>
      <w:r>
        <w:rPr>
          <w:rFonts w:ascii="Source Han Sans SC" w:hAnsi="Source Han Sans SC" w:eastAsia="Source Han Sans SC" w:cs="Source Han Sans SC" w:hint="eastAsia"/>
          <w:sz w:val="21"/>
        </w:rPr>
        <w:t>或许你要问了，说了那么多它能提供的好处，使用后的效果如何呢？这个成效也是让我意想不到的，保利威视不仅提供清晰流畅的视频保障，而且用了他们的系统之后几乎没有学员会因为播放不流畅而投诉我司。同时，它采用定制化的云播放器，实现了我们产品内容和视频的完美整合。毕竟我使用的时间也不长，或者还有更好的效果我还没发掘，相信在今后，保利威视一定会不断给我惊喜的。</w:t>
      </w:r>
    </w:p>
    <w:p>
      <w:r>
        <w:rPr>
          <w:rFonts w:ascii="Source Han Sans SC" w:hAnsi="Source Han Sans SC" w:eastAsia="Source Han Sans SC" w:cs="Source Han Sans SC" w:hint="eastAsia"/>
          <w:sz w:val="21"/>
        </w:rPr>
        <w:t>本文转自无广告视频——保利威视，转载请注明出处。</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无广告视频之企业应用</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